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Service call and diagnosis: refrigerator not cooling, freezer fine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$89.00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$89.00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Labor: replace evaporator fan motor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1.5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$142.50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Evaporator fan motor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$64.50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$64.50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Door gasket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$48.00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$48.00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$344.00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$344.00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Appliance repair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