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Service call and troubleshooting: kitchen outlets dead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Labor: replace GFCI outlets, tighten connections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1.5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$110.00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$165.00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GFCI outlet, 20A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$24.00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$48.00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Cover plate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$3.50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$315.00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$315.00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