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call: door stops halfway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Replace torsion springs, 16 x 7 door (pair)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$289.00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$289.00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Rollers, nylon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10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Lubricate and balance door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$514.00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$514.00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