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Gutter cleaning, 2-story (ft)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140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$210.00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Flush downspouts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6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Gutter guard, supply and install (ft)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20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$170.00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Minor repair: reseal end cap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$475.00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$475.00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Gutters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