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Drywall repair, about 2 x 3 ft: patch, texture and paint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fence gate repair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Gate hinge set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$22.75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$22.75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Patch kit and paint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$31.40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$31.40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$414.15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$414.15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