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Estimate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Estimate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Valid until: [Date]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Prepared for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Deep clean, 3 bed / 2 bath, about 1,800 sq ft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$260.00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$260.00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Inside oven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Inside refrigerator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Interior windows (each)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8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$48.00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$378.00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$378.00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 cleaning estimate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