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hang two interior doors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$280.00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Interior door, prehung, 30 in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$290.00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Door hardware set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$32.50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Trim and paint touch-up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Haul away old doors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$760.00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$760.00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