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Spring cleanup: leaves, overgrown beds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$192.50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Mowing and edging, lot about 8,000 sq ft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Mulch, deliver and spread (cu yd)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$255.00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Bed edging, front and back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$582.50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$582.50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care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