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/>
      </w:pPr>
      <w:r>
        <w:rPr>
          <w:rFonts w:ascii="Arial" w:hAnsi="Arial" w:eastAsia="Arial"/>
          <w:b w:val="0"/>
          <w:i/>
          <w:color w:val="5B6665"/>
          <w:sz w:val="18"/>
        </w:rPr>
        <w:t>Template: type over the text in [brackets], replace the sample lines and prices with your own, then delete this line.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8"/>
        </w:rPr>
      </w:r>
    </w:p>
    <w:p>
      <w:pPr>
        <w:spacing w:after="0" w:before="0"/>
        <w:jc w:val="right"/>
      </w:pPr>
      <w:r>
        <w:rPr>
          <w:rFonts w:ascii="Arial" w:hAnsi="Arial" w:eastAsia="Arial"/>
          <w:b/>
          <w:i w:val="0"/>
          <w:color w:val="0F766E"/>
          <w:sz w:val="48"/>
        </w:rPr>
        <w:t>Estimate</w:t>
      </w:r>
    </w:p>
    <w:p>
      <w:pPr>
        <w:spacing w:after="0" w:before="0"/>
        <w:jc w:val="right"/>
      </w:pPr>
      <w:r>
        <w:rPr>
          <w:rFonts w:ascii="Arial" w:hAnsi="Arial" w:eastAsia="Arial"/>
          <w:b w:val="0"/>
          <w:i w:val="0"/>
          <w:sz w:val="20"/>
        </w:rPr>
        <w:t>Estimate #: [1001]</w:t>
      </w:r>
    </w:p>
    <w:p>
      <w:pPr>
        <w:spacing w:after="0" w:before="0"/>
        <w:jc w:val="right"/>
      </w:pPr>
      <w:r>
        <w:rPr>
          <w:rFonts w:ascii="Arial" w:hAnsi="Arial" w:eastAsia="Arial"/>
          <w:b w:val="0"/>
          <w:i w:val="0"/>
          <w:sz w:val="20"/>
        </w:rPr>
        <w:t>Date: [Date]</w:t>
      </w:r>
    </w:p>
    <w:p>
      <w:pPr>
        <w:spacing w:after="0" w:before="0"/>
        <w:jc w:val="right"/>
      </w:pPr>
      <w:r>
        <w:rPr>
          <w:rFonts w:ascii="Arial" w:hAnsi="Arial" w:eastAsia="Arial"/>
          <w:b w:val="0"/>
          <w:i w:val="0"/>
          <w:sz w:val="20"/>
        </w:rPr>
        <w:t>Valid until: [Date]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12"/>
        </w:rPr>
      </w:r>
    </w:p>
    <w:p>
      <w:pPr>
        <w:spacing w:after="0" w:before="0"/>
      </w:pPr>
      <w:r>
        <w:rPr>
          <w:rFonts w:ascii="Arial" w:hAnsi="Arial" w:eastAsia="Arial"/>
          <w:b/>
          <w:i w:val="0"/>
          <w:sz w:val="28"/>
        </w:rPr>
        <w:t>[Your business name]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[Street address]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[City, State ZIP]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[Phone]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[Email]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12"/>
        </w:rPr>
      </w:r>
    </w:p>
    <w:p>
      <w:pPr>
        <w:spacing w:after="0" w:before="0"/>
      </w:pPr>
      <w:r>
        <w:rPr>
          <w:rFonts w:ascii="Arial" w:hAnsi="Arial" w:eastAsia="Arial"/>
          <w:b/>
          <w:i w:val="0"/>
          <w:color w:val="5B6665"/>
          <w:sz w:val="18"/>
        </w:rPr>
        <w:t>Prepared for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[Customer name]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[Job address]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[City, State ZIP]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[Phone]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[Email]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12"/>
        </w:rPr>
      </w:r>
    </w:p>
    <w:tbl>
      <w:tblPr>
        <w:tblW w:type="dxa" w:w="9936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5616"/>
        <w:gridCol w:w="1008"/>
        <w:gridCol w:w="1584"/>
        <w:gridCol w:w="1728"/>
      </w:tblGrid>
      <w:tr>
        <w:tc>
          <w:tcPr>
            <w:tcW w:type="dxa" w:w="5616"/>
            <w:shd w:val="clear" w:color="auto" w:fill="0F766E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/>
                <w:i w:val="0"/>
                <w:color w:val="FFFFFF"/>
                <w:sz w:val="20"/>
              </w:rPr>
              <w:t>Description</w:t>
            </w:r>
          </w:p>
        </w:tc>
        <w:tc>
          <w:tcPr>
            <w:tcW w:type="dxa" w:w="1008"/>
            <w:shd w:val="clear" w:color="auto" w:fill="0F766E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/>
                <w:i w:val="0"/>
                <w:color w:val="FFFFFF"/>
                <w:sz w:val="20"/>
              </w:rPr>
              <w:t>Qty</w:t>
            </w:r>
          </w:p>
        </w:tc>
        <w:tc>
          <w:tcPr>
            <w:tcW w:type="dxa" w:w="1584"/>
            <w:shd w:val="clear" w:color="auto" w:fill="0F766E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/>
                <w:i w:val="0"/>
                <w:color w:val="FFFFFF"/>
                <w:sz w:val="20"/>
              </w:rPr>
              <w:t>Rate</w:t>
            </w:r>
          </w:p>
        </w:tc>
        <w:tc>
          <w:tcPr>
            <w:tcW w:type="dxa" w:w="1728"/>
            <w:shd w:val="clear" w:color="auto" w:fill="0F766E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/>
                <w:i w:val="0"/>
                <w:color w:val="FFFFFF"/>
                <w:sz w:val="20"/>
              </w:rPr>
              <w:t>Amount</w:t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General pest service, interior and perimeter</w:t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1</w:t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$129.00</w:t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$129.00</w:t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Ant service, kitchen</w:t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1</w:t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$45.00</w:t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$45.00</w:t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Bait stations (each)</w:t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6</w:t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$6.50</w:t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$39.00</w:t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</w:tr>
    </w:tbl>
    <w:p>
      <w:pPr>
        <w:spacing w:after="0" w:before="0"/>
      </w:pPr>
      <w:r>
        <w:rPr>
          <w:rFonts w:ascii="Arial" w:hAnsi="Arial" w:eastAsia="Arial"/>
          <w:b w:val="0"/>
          <w:i w:val="0"/>
          <w:sz w:val="8"/>
        </w:rPr>
      </w:r>
    </w:p>
    <w:p>
      <w:pPr>
        <w:spacing w:after="0" w:before="0"/>
        <w:jc w:val="right"/>
      </w:pPr>
      <w:r>
        <w:rPr>
          <w:rFonts w:ascii="Arial" w:hAnsi="Arial" w:eastAsia="Arial"/>
          <w:b w:val="0"/>
          <w:i w:val="0"/>
          <w:sz w:val="20"/>
        </w:rPr>
        <w:t>Subtotal:  $213.00</w:t>
      </w:r>
    </w:p>
    <w:p>
      <w:pPr>
        <w:spacing w:after="0" w:before="0"/>
        <w:jc w:val="right"/>
      </w:pPr>
      <w:r>
        <w:rPr>
          <w:rFonts w:ascii="Arial" w:hAnsi="Arial" w:eastAsia="Arial"/>
          <w:b w:val="0"/>
          <w:i w:val="0"/>
          <w:sz w:val="20"/>
        </w:rPr>
        <w:t>Tax:  [if any]</w:t>
      </w:r>
    </w:p>
    <w:p>
      <w:pPr>
        <w:spacing w:after="0" w:before="0"/>
        <w:jc w:val="right"/>
      </w:pPr>
      <w:r>
        <w:rPr>
          <w:rFonts w:ascii="Arial" w:hAnsi="Arial" w:eastAsia="Arial"/>
          <w:b/>
          <w:i w:val="0"/>
          <w:sz w:val="22"/>
        </w:rPr>
        <w:t>Total:  $213.00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8"/>
        </w:rPr>
      </w:r>
    </w:p>
    <w:p>
      <w:pPr>
        <w:spacing w:after="0" w:before="0"/>
      </w:pPr>
      <w:r>
        <w:rPr>
          <w:rFonts w:ascii="Arial" w:hAnsi="Arial" w:eastAsia="Arial"/>
          <w:b w:val="0"/>
          <w:i/>
          <w:color w:val="5B6665"/>
          <w:sz w:val="18"/>
        </w:rPr>
        <w:t>If you add tax, type the amount on the Tax line and change the Total to match.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Pest control estimate template</dc:title>
  <dc:subject/>
  <dc:creator/>
  <cp:keywords/>
  <dc:description/>
  <cp:lastModifiedBy/>
  <cp:revision>1</cp:revision>
  <dcterms:created xsi:type="dcterms:W3CDTF">2026-10-08T12:00:00Z</dcterms:created>
  <dcterms:modified xsi:type="dcterms:W3CDTF">2026-10-08T12:00:00Z</dcterms:modified>
  <cp:category/>
</cp:coreProperties>
</file>