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Estimate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Estimate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Valid until: [Date]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Prepared for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Weekly pool service (visits)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Filter cleaning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Filter cartridge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$72.50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$72.50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O-ring, pump lid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$9.75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$9.75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$347.25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$347.25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service estimate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