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Estimate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Estimate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Valid until: [Date]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Prepared for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Diagnosis: dryer runs but does not heat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Labor: replace heating element (hours)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$110.00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$110.00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Heating element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$74.00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$74.00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Thermal fuse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$18.50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$18.50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$287.50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$287.50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Repair estimate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