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diagnosis: refrigerator not cooling, freezer fine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replaced evaporator fan motor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Evaporator fan motor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Door gasket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