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 rotted deck boards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6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$390.00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Deck boards, 12 ft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8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$21.50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$172.00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Deck screws and hardware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$34.00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$34.00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Haul away old boards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$656.00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$656.00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