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Invoice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Invoice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Terms: Due on receipt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Bill to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Dryer vent cleaning, roof exit, 18 ft run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$149.00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$149.00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Bird nest removal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$60.00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$60.00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Roof vent guard, installed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Transition hose, replaced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$28.50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$28.50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$282.50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$282.50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Dryer vent cleaning invoice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