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Service call and diagnosis: system blowing warm air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replaced run capacitor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Run capacitor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Air filter, 16 x 25 x 1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$37.00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Condenser coil cleaning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$386.00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$386.00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