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System check, 6 zones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Labor: leak repair, zone 3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1.5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$127.50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Zone valve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$42.00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$42.00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Spray heads, replaced (each)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4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$12.50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$50.00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Rain sensor, installed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$389.50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$389.50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Irrigation repair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