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Labor, lead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8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$560.00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Labor, helper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8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$320.00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Materials: lumber and fasteners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$212.40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$212.40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Dump fee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$1,137.40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$1,137.40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