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General pest service, interior and perimeter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Ant service, kitchen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Bait stations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6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$213.00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$213.00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