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Weekly yard cleanup, 2 dogs (visits)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$74.00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First cleanup of the season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Deodorizer treatment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$154.00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$154.00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 waste removal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