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call: no hot water, 50 gal electric water heater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replaced upper heating element and thermostat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$187.50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Heating element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$38.00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Thermostat, upper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$29.50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$29.50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Drain and flush tank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$399.00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$399.00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