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Template: type over the text in [brackets], replace the sample lines and prices with your own, then delete this line.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color w:val="0F766E"/>
          <w:sz w:val="48"/>
        </w:rPr>
        <w:t>Invoice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Invoice #: [1001]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Date: [Date]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Terms: Due on receipt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sz w:val="28"/>
        </w:rPr>
        <w:t>[Your business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[Street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p>
      <w:pPr>
        <w:spacing w:after="0" w:before="0"/>
      </w:pPr>
      <w:r>
        <w:rPr>
          <w:rFonts w:ascii="Arial" w:hAnsi="Arial" w:eastAsia="Arial"/>
          <w:b/>
          <w:i w:val="0"/>
          <w:color w:val="5B6665"/>
          <w:sz w:val="18"/>
        </w:rPr>
        <w:t>Bill to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[Customer name]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[Job address]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[City, State ZIP]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[Phone]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20"/>
        </w:rPr>
        <w:t>[Email]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12"/>
        </w:rPr>
      </w:r>
    </w:p>
    <w:tbl>
      <w:tblPr>
        <w:tblW w:type="dxa" w:w="9936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616"/>
        <w:gridCol w:w="1008"/>
        <w:gridCol w:w="1584"/>
        <w:gridCol w:w="1728"/>
      </w:tblGrid>
      <w:tr>
        <w:tc>
          <w:tcPr>
            <w:tcW w:type="dxa" w:w="5616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Description</w:t>
            </w:r>
          </w:p>
        </w:tc>
        <w:tc>
          <w:tcPr>
            <w:tcW w:type="dxa" w:w="100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Qty</w:t>
            </w:r>
          </w:p>
        </w:tc>
        <w:tc>
          <w:tcPr>
            <w:tcW w:type="dxa" w:w="1584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Rate</w:t>
            </w:r>
          </w:p>
        </w:tc>
        <w:tc>
          <w:tcPr>
            <w:tcW w:type="dxa" w:w="1728"/>
            <w:shd w:val="clear" w:color="auto" w:fill="0F766E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/>
                <w:i w:val="0"/>
                <w:color w:val="FFFFFF"/>
                <w:sz w:val="20"/>
              </w:rPr>
              <w:t>Amount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Weekly pool service (visits)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4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$45.00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$180.00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Filter cleaning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$85.00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Filter cartridge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$72.50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$72.50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O-ring, pump lid</w:t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1</w:t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$9.75</w:t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  <w:t>$9.75</w:t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5616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00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584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  <w:tc>
          <w:tcPr>
            <w:tcW w:type="dxa" w:w="1728"/>
            <w:tcBorders>
              <w:top w:val="single" w:sz="4" w:color="C9D1D0"/>
              <w:left w:val="single" w:sz="4" w:color="C9D1D0"/>
              <w:bottom w:val="single" w:sz="4" w:color="C9D1D0"/>
              <w:right w:val="single" w:sz="4" w:color="C9D1D0"/>
            </w:tcBorders>
          </w:tcPr>
          <w:p>
            <w:pPr>
              <w:spacing w:after="0" w:before="0"/>
              <w:jc w:val="right"/>
            </w:pPr>
            <w:r>
              <w:rPr>
                <w:rFonts w:ascii="Arial" w:hAnsi="Arial" w:eastAsia="Arial"/>
                <w:b w:val="0"/>
                <w:i w:val="0"/>
                <w:sz w:val="20"/>
              </w:rPr>
            </w:r>
          </w:p>
        </w:tc>
      </w:tr>
    </w:tbl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Subtotal:  $347.25</w:t>
      </w:r>
    </w:p>
    <w:p>
      <w:pPr>
        <w:spacing w:after="0" w:before="0"/>
        <w:jc w:val="right"/>
      </w:pPr>
      <w:r>
        <w:rPr>
          <w:rFonts w:ascii="Arial" w:hAnsi="Arial" w:eastAsia="Arial"/>
          <w:b w:val="0"/>
          <w:i w:val="0"/>
          <w:sz w:val="20"/>
        </w:rPr>
        <w:t>Tax:  [if any]</w:t>
      </w:r>
    </w:p>
    <w:p>
      <w:pPr>
        <w:spacing w:after="0" w:before="0"/>
        <w:jc w:val="right"/>
      </w:pPr>
      <w:r>
        <w:rPr>
          <w:rFonts w:ascii="Arial" w:hAnsi="Arial" w:eastAsia="Arial"/>
          <w:b/>
          <w:i w:val="0"/>
          <w:sz w:val="22"/>
        </w:rPr>
        <w:t>Total:  $347.25</w:t>
      </w:r>
    </w:p>
    <w:p>
      <w:pPr>
        <w:spacing w:after="0" w:before="0"/>
      </w:pPr>
      <w:r>
        <w:rPr>
          <w:rFonts w:ascii="Arial" w:hAnsi="Arial" w:eastAsia="Arial"/>
          <w:b w:val="0"/>
          <w:i w:val="0"/>
          <w:sz w:val="8"/>
        </w:rPr>
      </w:r>
    </w:p>
    <w:p>
      <w:pPr>
        <w:spacing w:after="0" w:before="0"/>
      </w:pPr>
      <w:r>
        <w:rPr>
          <w:rFonts w:ascii="Arial" w:hAnsi="Arial" w:eastAsia="Arial"/>
          <w:b w:val="0"/>
          <w:i/>
          <w:color w:val="5B6665"/>
          <w:sz w:val="18"/>
        </w:rPr>
        <w:t>If you add tax, type the amount on the Tax line and change the Total to match.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Pool service invoice template</dc:title>
  <dc:subject/>
  <dc:creator/>
  <cp:keywords/>
  <dc:description/>
  <cp:lastModifiedBy/>
  <cp:revision>1</cp:revision>
  <dcterms:created xsi:type="dcterms:W3CDTF">2026-10-08T12:00:00Z</dcterms:created>
  <dcterms:modified xsi:type="dcterms:W3CDTF">2026-10-08T12:00:00Z</dcterms:modified>
  <cp:category/>
</cp:coreProperties>
</file>