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Driveway cleaning, concrete (sq ft)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600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$0.25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$150.00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House soft wash, single story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$275.00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Degreaser treatment, oil stains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$465.00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$465.00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