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Diagnosis: washer not draining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Labor: replaced drain pump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$110.00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$110.00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Drain pump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$68.00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$68.00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Hose clamp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$3.25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$269.50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$269.50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Repair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